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 w:eastAsia="Arial"/>
          <w:b/>
          <w:sz w:val="44"/>
        </w:rPr>
        <w:t>مقرر / دليل الطالب</w:t>
        <w:br/>
      </w:r>
      <w:r>
        <w:rPr>
          <w:rFonts w:ascii="Arial" w:hAnsi="Arial" w:cs="Arial" w:eastAsia="Arial"/>
          <w:b/>
          <w:sz w:val="32"/>
        </w:rPr>
        <w:t>اللياقة البدنية – BT2 – البكالوريا الفنية السنة الثانية</w:t>
        <w:br/>
      </w:r>
      <w:r>
        <w:rPr>
          <w:rFonts w:ascii="Arial" w:hAnsi="Arial" w:cs="Arial" w:eastAsia="Arial"/>
          <w:b w:val="0"/>
          <w:sz w:val="28"/>
        </w:rPr>
        <w:t>2026–2027</w:t>
        <w:br/>
      </w:r>
      <w:r>
        <w:rPr>
          <w:rFonts w:ascii="Arial" w:hAnsi="Arial" w:cs="Arial" w:eastAsia="Arial"/>
          <w:b/>
          <w:sz w:val="26"/>
        </w:rPr>
        <w:t>الأستاذ باسم الحسين</w:t>
        <w:br/>
      </w:r>
      <w:r>
        <w:rPr>
          <w:rFonts w:ascii="Arial" w:hAnsi="Arial" w:cs="Arial" w:eastAsia="Arial"/>
          <w:b w:val="0"/>
          <w:sz w:val="22"/>
        </w:rPr>
        <w:t>Bassem Al Houssein</w:t>
        <w:br/>
      </w:r>
      <w:r>
        <w:rPr>
          <w:rFonts w:ascii="Arial" w:hAnsi="Arial" w:cs="Arial" w:eastAsia="Arial"/>
          <w:b w:val="0"/>
          <w:sz w:val="20"/>
        </w:rPr>
        <w:t>bassemalhoussein.com</w:t>
        <w:br/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1. تحليل المنهج وبناء خريطة المقرر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المصدر المعتمد: التوزيع السنوي المقدم لمادة اللياقة البدنية – البكالوريا الفنية السنة الثانية، ويتضمن 22 أسبوعًا؛ الأسابيع 1–21 للتدريس والأسبوع 22 للمراجعة.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الختامية المقترحة تربويًا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أن يحلل طالب BT2 المتطلبات البدنية الأساسية لنشاط رياضي، ويميز عناصر اللياقة وأنظمة الطاقة المرتبطة به، ويختار طريقة تدريب مناسبة، ويبني حصة وخطة تدريبية مبسطة قابلة للمتابعة والتقويم.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ملاحظات التدقيق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التكرار الظاهري في الأسابيع 1–20 مقصود زمنيًا ويمكن استثماره كحصة تأسيسية ثم حصة تطبيقية/تحليلية للمحور نفسه.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التسلسل العام منطقي: أساس طاقي → عناصر اللياقة → طرائق التدريب → تحليل النشاط → منهجية التدريب → التخطيط.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العناوين الأصلية لا تحدد تفاصيل فرعية أو أوزان تقويم رسمية؛ لذلك صيغت التفاصيل التعليمية كتنظيم تربوي داخل حدود كل عنوان، والأوزان اللاحقة مقترحة داخليًا وقابلة للتعديل.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المتطلبات السابقة: مبادئ عامة في النشاط البدني، الحركة، السلامة، الملاحظة، والقياس البسيط.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المهارات المقاسة: التعريف والتمييز، التطبيق، التحليل، المقارنة، اختيار الطريقة، تبرير القرار، وبناء خطة مبسطة.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الخريطة السنوية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rPr>
          <w:tblHeader w:val="true"/>
        </w:trPr>
        <w:tc>
          <w:tcPr>
            <w:tcW w:type="dxa" w:w="1719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الأسبوع</w:t>
            </w:r>
          </w:p>
        </w:tc>
        <w:tc>
          <w:tcPr>
            <w:tcW w:type="dxa" w:w="1719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الدرس</w:t>
            </w:r>
          </w:p>
        </w:tc>
        <w:tc>
          <w:tcPr>
            <w:tcW w:type="dxa" w:w="1719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الكفاءة</w:t>
            </w:r>
          </w:p>
        </w:tc>
        <w:tc>
          <w:tcPr>
            <w:tcW w:type="dxa" w:w="1719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النشاط</w:t>
            </w:r>
          </w:p>
        </w:tc>
        <w:tc>
          <w:tcPr>
            <w:tcW w:type="dxa" w:w="1719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التقويم</w:t>
            </w:r>
          </w:p>
        </w:tc>
        <w:tc>
          <w:tcPr>
            <w:tcW w:type="dxa" w:w="1719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KPI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أنظمة الطاقة: المفهوم والأنظمة الأساسية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أنظمة الطاقة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2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أنظمة الطاقة: التطبيق بحسب شدة ومدة النشاط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أنظمة الطاقة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3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القوة: المفهوم والأنواع والعوامل المؤثرة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القوة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4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القوة: تطبيقات تدريبية وضبط الحمل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القوة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التحمل: المفهوم والأنواع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التحمل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6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التحمل: تطبيقات تدريبية ومراقبة الشدة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التحمل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7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السرعة: المفهوم والمكونات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السرعة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8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السرعة: تطبيقات تطوير السرعة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السرعة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9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التوافق: المفهوم والمكونات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التوافق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10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التوافق: تطبيقات وتمارين توافقية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التوافق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11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المرونة: المفهوم والعوامل المؤثرة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المرونة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12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المرونة: تطبيقات وطرائق تطويرها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المرونة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13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الرشاقة: المفهوم والعوامل المؤثرة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الرشاقة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14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الرشاقة: تطبيقات وتغيير الاتجاه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الرشاقة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15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طرائق التدريب: المبادئ والاختيار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طرائق التدريب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16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طرائق التدريب: المقارنة والتطبيق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طرائق التدريب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17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الأنشطة البدنية: متطلبات الأداء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تحليل الأنشطة البدنية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18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الأنشطة البدنية: دراسة حالة رياضية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تحليل الأنشطة البدنية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19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منهجية التدريب: بناء الحصة التدريبية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منهجية التدريب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20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منهجية التدريب: ضبط الحمل والمتابعة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منهجية التدريب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21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تخطيط التدريب: بناء خطة تدريبية مبسطة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يوظف تخطيط التدريب في موقف بدني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مشكلة + تطبيق/تحليل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Exit Ticket 4 علامات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≥80% يحققون 3/4</w:t>
            </w:r>
          </w:p>
        </w:tc>
      </w:tr>
      <w:tr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22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مراجعة تكاملية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يربط المحاور ويعالج الفجوات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محطات مراجعة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تقويم مراجعة</w:t>
            </w:r>
          </w:p>
        </w:tc>
        <w:tc>
          <w:tcPr>
            <w:tcW w:type="dxa" w:w="1719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إغلاق الفجوات المحورية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1: أنظمة الطاقة: المفهوم والأنظمة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أنظمة الطاقة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أنظمة الطاقة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بـأنظمة الطاقة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يطبق الطالب مفهوم أنظمة الطاقة على موقف رياضي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نظام الفوسفاجين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Système phosphagène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Phosphagen system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النظام اللاهوائي السكري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Système glycolytique anaérobie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Anaerobic glycolytic system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النظام الهوائي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Système aérobie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Aerobic system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ATP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ATP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ATP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بـأنظمة الطاقة: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الطاقة اللازمة للانقباض العضلي تُستخدم مباشرة في صورة ATP، وتعمل أنظمة إنتاج الطاقة معًا بنسب مختلفة.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يكون إسهام نظام الفوسفاجين مرتفعًا في الجهود القصيرة جدًا والعالية الشدة، ويزداد إسهام التحلل السكري اللاهوائي مع استمرار الجهد العالي، بينما يهيمن النظام الهوائي نسبيًا في الجهود الأطول.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اختيار التدريب يتطلب ربط شدة النشاط ومدته وفترات الراحة بالنظام الطاقي الغالب، مع تجنب الاعتقاد بأن نظامًا واحدًا يعمل منفردًا.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بـأنظمة الطاقة،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قارن بين عدو قصير وجهد متوسط المدة وجري مستمر طويل، وحدد النظام الطاقي الغالب في كل حالة مع التعليل.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أنظمة الطاقة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أنظمة الطاقة.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أنظمة الطاقة،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الطاقة اللازمة للانقباض العضلي تُستخدم مباشرة في صورة ATP، وتعمل أنظمة إنتاج الطاقة معًا بنسب مختلفة.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يكون إسهام نظام الفوسفاجين مرتفعًا في الجهود القصيرة جدًا والعالية الشدة، ويزداد إسهام التحلل السكري اللاهوائي مع استمرار الجهد العالي، بينما يهيمن النظام الهوائي نسبيًا في الجهود الأطول.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نظام الفوسفاجين، النظام اللاهوائي السكري، النظام الهوائي، ATP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2: أنظمة الطاقة: التطبيق بحسب شدة ومدة النشاط.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2: أنظمة الطاقة: التطبيق بحسب شدة ومدة النشاط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2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أنظمة الطاقة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أنظمة الطاقة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بـأنظمة الطاقة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بـأنظمة الطاقة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نظام الفوسفاجين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Système phosphagène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Phosphagen system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النظام اللاهوائي السكري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Système glycolytique anaérobie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Anaerobic glycolytic system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النظام الهوائي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Système aérobie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Aerobic system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ATP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ATP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ATP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بـأنظمة الطاقة: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الطاقة اللازمة للانقباض العضلي تُستخدم مباشرة في صورة ATP، وتعمل أنظمة إنتاج الطاقة معًا بنسب مختلفة.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يكون إسهام نظام الفوسفاجين مرتفعًا في الجهود القصيرة جدًا والعالية الشدة، ويزداد إسهام التحلل السكري اللاهوائي مع استمرار الجهد العالي، بينما يهيمن النظام الهوائي نسبيًا في الجهود الأطول.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اختيار التدريب يتطلب ربط شدة النشاط ومدته وفترات الراحة بالنظام الطاقي الغالب، مع تجنب الاعتقاد بأن نظامًا واحدًا يعمل منفردًا.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بـأنظمة الطاقة،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قارن بين عدو قصير وجهد متوسط المدة وجري مستمر طويل، وحدد النظام الطاقي الغالب في كل حالة مع التعليل.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أنظمة الطاقة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أنظمة الطاقة.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أنظمة الطاقة،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الطاقة اللازمة للانقباض العضلي تُستخدم مباشرة في صورة ATP، وتعمل أنظمة إنتاج الطاقة معًا بنسب مختلفة.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يكون إسهام نظام الفوسفاجين مرتفعًا في الجهود القصيرة جدًا والعالية الشدة، ويزداد إسهام التحلل السكري اللاهوائي مع استمرار الجهد العالي، بينما يهيمن النظام الهوائي نسبيًا في الجهود الأطول.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نظام الفوسفاجين، النظام اللاهوائي السكري، النظام الهوائي، ATP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3: القوة: المفهوم والأنواع والعوامل المؤثرة.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3: القوة: المفهوم والأنواع والعوامل المؤثرة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3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القوة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القوة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بـالقوة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يطبق الطالب مفهوم القوة على موقف رياضي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القوة العضلية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Force musculaire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Muscular strength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القوة القصوى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Force maximale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Maximal strength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القوة الانفجارية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Force explosive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Explosive strength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تحمل القوة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 de force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Strength endurance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2.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بـالقوة: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القوة هي قدرة الجهاز العصبي العضلي على إنتاج توتر لمواجهة مقاومة أو التغلب عليها.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تختلف صور القوة بحسب مقدار المقاومة وسرعة الأداء ومدة استمرار الانقباض، ومن أهمها القوة القصوى والقوة الانفجارية وتحمل القوة.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يتأثر تدريب القوة بالتقنية، والمقاومة، والحجم، والراحة، ومستوى المتعلم؛ ويجب أن تسبق جودة الحركة زيادة الحمل.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بـالقوة،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لاعب يحتاج إلى تحسين القفز المتكرر. حدد نوع القوة الأكثر ارتباطًا بالمهمة واقترح نشاطًا مناسبًا مع معيار أمان.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القوة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القوة.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القوة،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القوة هي قدرة الجهاز العصبي العضلي على إنتاج توتر لمواجهة مقاومة أو التغلب عليها.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تختلف صور القوة بحسب مقدار المقاومة وسرعة الأداء ومدة استمرار الانقباض، ومن أهمها القوة القصوى والقوة الانفجارية وتحمل القوة.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القوة العضلية، القوة القصوى، القوة الانفجارية، تحمل القوة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4: القوة: تطبيقات تدريبية وضبط الحمل.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4: القوة: تطبيقات تدريبية وضبط الحمل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4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القوة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القوة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بـالقوة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بـالقوة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القوة العضلية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Force musculaire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Muscular strength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القوة القصوى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Force maximale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Maximal strength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القوة الانفجارية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Force explosive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Explosive strength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تحمل القوة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 de force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Strength endurance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3.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بـالقوة: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القوة هي قدرة الجهاز العصبي العضلي على إنتاج توتر لمواجهة مقاومة أو التغلب عليها.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تختلف صور القوة بحسب مقدار المقاومة وسرعة الأداء ومدة استمرار الانقباض، ومن أهمها القوة القصوى والقوة الانفجارية وتحمل القوة.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يتأثر تدريب القوة بالتقنية، والمقاومة، والحجم، والراحة، ومستوى المتعلم؛ ويجب أن تسبق جودة الحركة زيادة الحمل.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بـالقوة،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لاعب يحتاج إلى تحسين القفز المتكرر. حدد نوع القوة الأكثر ارتباطًا بالمهمة واقترح نشاطًا مناسبًا مع معيار أمان.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القوة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القوة.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القوة،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القوة هي قدرة الجهاز العصبي العضلي على إنتاج توتر لمواجهة مقاومة أو التغلب عليها.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تختلف صور القوة بحسب مقدار المقاومة وسرعة الأداء ومدة استمرار الانقباض، ومن أهمها القوة القصوى والقوة الانفجارية وتحمل القوة.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القوة العضلية، القوة القصوى، القوة الانفجارية، تحمل القوة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5: التحمل: المفهوم والأنواع.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5: التحمل: المفهوم والأنواع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التحمل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التحمل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بـالتحمل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يطبق الطالب مفهوم التحمل على موقف رياضي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التحمل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التحمل الهوائي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 aérobie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Aerobic endurance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التحمل اللاهوائي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 anaérobie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Anaerobic endurance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الشدة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Intensité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Intensity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4.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بـالتحمل: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التحمل هو القدرة على الاستمرار في أداء الجهد ومقاومة التعب مع المحافظة على مستوى مقبول من الفعالية.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يمكن التمييز تربويًا بين التحمل الهوائي في الجهود الأطول والتحمل اللاهوائي في الجهود الأعلى شدة والأقصر نسبيًا.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تُضبط تدريبات التحمل عبر المدة والشدة وفترات الراحة، ويمكن استخدام مؤشرات عملية مثل القدرة على المحافظة على الوتيرة وجودة الأداء.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بـالتحمل،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صمم نشاطًا قصيرًا لتطوير التحمل لدى طلاب BT2، وحدد كيف ستراقب الشدة وجودة الأداء.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التحمل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التحمل.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التحمل،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التحمل هو القدرة على الاستمرار في أداء الجهد ومقاومة التعب مع المحافظة على مستوى مقبول من الفعالية.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يمكن التمييز تربويًا بين التحمل الهوائي في الجهود الأطول والتحمل اللاهوائي في الجهود الأعلى شدة والأقصر نسبيًا.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التحمل، التحمل الهوائي، التحمل اللاهوائي، الشدة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6: التحمل: تطبيقات تدريبية ومراقبة الشدة.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6: التحمل: تطبيقات تدريبية ومراقبة الشدة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6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التحمل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التحمل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بـالتحمل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بـالتحمل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التحمل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التحمل الهوائي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 aérobie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Aerobic endurance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التحمل اللاهوائي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Endurance anaérobie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Anaerobic endurance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الشدة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Intensité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Intensity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5.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بـالتحمل: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التحمل هو القدرة على الاستمرار في أداء الجهد ومقاومة التعب مع المحافظة على مستوى مقبول من الفعالية.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يمكن التمييز تربويًا بين التحمل الهوائي في الجهود الأطول والتحمل اللاهوائي في الجهود الأعلى شدة والأقصر نسبيًا.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تُضبط تدريبات التحمل عبر المدة والشدة وفترات الراحة، ويمكن استخدام مؤشرات عملية مثل القدرة على المحافظة على الوتيرة وجودة الأداء.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بـالتحمل،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صمم نشاطًا قصيرًا لتطوير التحمل لدى طلاب BT2، وحدد كيف ستراقب الشدة وجودة الأداء.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التحمل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التحمل.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التحمل،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التحمل هو القدرة على الاستمرار في أداء الجهد ومقاومة التعب مع المحافظة على مستوى مقبول من الفعالية.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يمكن التمييز تربويًا بين التحمل الهوائي في الجهود الأطول والتحمل اللاهوائي في الجهود الأعلى شدة والأقصر نسبيًا.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التحمل، التحمل الهوائي، التحمل اللاهوائي، الشدة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7: السرعة: المفهوم والمكونات.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7: السرعة: المفهوم والمكونات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7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السرعة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السرعة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بـالسرعة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يطبق الطالب مفهوم السرعة على موقف رياضي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السرعة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Vitesse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Speed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زمن الاستجابة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Temps de réaction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Reaction time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التسارع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Accélération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Acceleration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السرعة القصوى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Vitesse maximale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Maximal speed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6.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بـالسرعة: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السرعة هي القدرة على إنجاز حركة أو مسافة في أقصر زمن ممكن ضمن شروط أداء محددة.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تتضمن مكونات عملية مثل الاستجابة للمثير والتسارع والوصول إلى سرعة مرتفعة والمحافظة عليها لفترة قصيرة.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تدريب السرعة يحتاج إلى جودة عالية وراحة كافية نسبيًا؛ لأن التعب الشديد يغيّر هدف التدريب من السرعة إلى تحمل السرعة.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بـالسرعة،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طالب يؤدي تكرارات عدو بسرعة متناقصة وراحة قصيرة جدًا. حلل المشكلة واقترح تعديلًا يحافظ على هدف السرعة.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السرعة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السرعة.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السرعة،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السرعة هي القدرة على إنجاز حركة أو مسافة في أقصر زمن ممكن ضمن شروط أداء محددة.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تتضمن مكونات عملية مثل الاستجابة للمثير والتسارع والوصول إلى سرعة مرتفعة والمحافظة عليها لفترة قصيرة.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السرعة، زمن الاستجابة، التسارع، السرعة القصوى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8: السرعة: تطبيقات تطوير السرعة.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8: السرعة: تطبيقات تطوير السرعة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8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السرعة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السرعة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بـالسرعة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بـالسرعة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السرعة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Vitesse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Speed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زمن الاستجابة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Temps de réaction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Reaction time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التسارع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Accélération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Acceleration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السرعة القصوى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Vitesse maximale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Maximal speed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7.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بـالسرعة: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السرعة هي القدرة على إنجاز حركة أو مسافة في أقصر زمن ممكن ضمن شروط أداء محددة.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تتضمن مكونات عملية مثل الاستجابة للمثير والتسارع والوصول إلى سرعة مرتفعة والمحافظة عليها لفترة قصيرة.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تدريب السرعة يحتاج إلى جودة عالية وراحة كافية نسبيًا؛ لأن التعب الشديد يغيّر هدف التدريب من السرعة إلى تحمل السرعة.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بـالسرعة،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طالب يؤدي تكرارات عدو بسرعة متناقصة وراحة قصيرة جدًا. حلل المشكلة واقترح تعديلًا يحافظ على هدف السرعة.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السرعة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السرعة.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السرعة،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السرعة هي القدرة على إنجاز حركة أو مسافة في أقصر زمن ممكن ضمن شروط أداء محددة.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تتضمن مكونات عملية مثل الاستجابة للمثير والتسارع والوصول إلى سرعة مرتفعة والمحافظة عليها لفترة قصيرة.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السرعة، زمن الاستجابة، التسارع، السرعة القصوى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9: التوافق: المفهوم والمكونات.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9: التوافق: المفهوم والمكونات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9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التوافق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التوافق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بـالتوافق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يطبق الطالب مفهوم التوافق على موقف رياضي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التوافق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Coordination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Coordination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التوازن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Équilibre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Balance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الإيقاع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Rythme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Rhythm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الدقة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Précision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Accuracy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8.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بـالتوافق: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التوافق هو تنظيم الحركات وربط أجزاء الجسم والمعلومات الحسية لتحقيق أداء دقيق واقتصادي.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تظهر أهميته في التوازن والإيقاع والدقة والتكيف مع المواقف المتغيرة.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تتحسن المهام التوافقية عندما يبدأ التعلم بنمط واضح ثم تزداد صعوبة المثيرات والسرعة والتنوع تدريجيًا.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بـالتوافق،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مهارة رياضية تتطلب توافقًا مرتفعًا، وحدد عنصرين توافقين ظاهرين فيها وتمرينًا لتطويرهما.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التوافق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التوافق.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التوافق،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التوافق هو تنظيم الحركات وربط أجزاء الجسم والمعلومات الحسية لتحقيق أداء دقيق واقتصادي.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تظهر أهميته في التوازن والإيقاع والدقة والتكيف مع المواقف المتغيرة.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التوافق، التوازن، الإيقاع، الدقة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10: التوافق: تطبيقات وتمارين توافقية.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10: التوافق: تطبيقات وتمارين توافقية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10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التوافق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التوافق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بـالتوافق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بـالتوافق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التوافق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Coordination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Coordination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التوازن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Équilibre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Balance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الإيقاع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Rythme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Rhythm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الدقة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Précision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Accuracy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9.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بـالتوافق: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التوافق هو تنظيم الحركات وربط أجزاء الجسم والمعلومات الحسية لتحقيق أداء دقيق واقتصادي.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تظهر أهميته في التوازن والإيقاع والدقة والتكيف مع المواقف المتغيرة.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تتحسن المهام التوافقية عندما يبدأ التعلم بنمط واضح ثم تزداد صعوبة المثيرات والسرعة والتنوع تدريجيًا.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بـالتوافق،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مهارة رياضية تتطلب توافقًا مرتفعًا، وحدد عنصرين توافقين ظاهرين فيها وتمرينًا لتطويرهما.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التوافق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التوافق.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التوافق،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التوافق هو تنظيم الحركات وربط أجزاء الجسم والمعلومات الحسية لتحقيق أداء دقيق واقتصادي.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تظهر أهميته في التوازن والإيقاع والدقة والتكيف مع المواقف المتغيرة.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التوافق، التوازن، الإيقاع، الدقة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11: المرونة: المفهوم والعوامل المؤثرة.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11: المرونة: المفهوم والعوامل المؤثرة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المرونة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المرونة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بـالمرونة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يطبق الطالب مفهوم المرونة على موقف رياضي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المرونة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Souplesse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Flexibility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مدى الحركة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Amplitude articulaire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Range of motion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الإطالة الديناميكية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Étirement dynamique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Dynamic stretching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الإطالة الثابتة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Étirement statique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Static stretching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10.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بـالمرونة: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المرونة هي القدرة على أداء الحركة خلال مدى مناسب في مفصل أو مجموعة مفاصل.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تتأثر ببنية المفصل والأنسجة والحرارة والعمر والنشاط السابق، ويجب التمييز بين المدى المفيد والضغط غير الآمن.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تستخدم الإطالة الديناميكية غالبًا في الإحماء، بينما يمكن استخدام الإطالة الثابتة في سياقات مناسبة بعيدًا عن الحركات الانفجارية المباشرة.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بـالمرونة،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رتب مجموعة تمارين مرونة قبل حصة تتضمن سرعة وقفزًا، وفسر لماذا تختار نمط الإطالة.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المرونة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المرونة.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المرونة،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المرونة هي القدرة على أداء الحركة خلال مدى مناسب في مفصل أو مجموعة مفاصل.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تتأثر ببنية المفصل والأنسجة والحرارة والعمر والنشاط السابق، ويجب التمييز بين المدى المفيد والضغط غير الآمن.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المرونة، مدى الحركة، الإطالة الديناميكية، الإطالة الثابتة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12: المرونة: تطبيقات وطرائق تطويرها.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12: المرونة: تطبيقات وطرائق تطويرها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12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المرونة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المرونة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بـالمرونة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بـالمرونة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المرونة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Souplesse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Flexibility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مدى الحركة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Amplitude articulaire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Range of motion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الإطالة الديناميكية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Étirement dynamique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Dynamic stretching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الإطالة الثابتة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Étirement statique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Static stretching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11.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بـالمرونة: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المرونة هي القدرة على أداء الحركة خلال مدى مناسب في مفصل أو مجموعة مفاصل.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تتأثر ببنية المفصل والأنسجة والحرارة والعمر والنشاط السابق، ويجب التمييز بين المدى المفيد والضغط غير الآمن.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تستخدم الإطالة الديناميكية غالبًا في الإحماء، بينما يمكن استخدام الإطالة الثابتة في سياقات مناسبة بعيدًا عن الحركات الانفجارية المباشرة.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بـالمرونة،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رتب مجموعة تمارين مرونة قبل حصة تتضمن سرعة وقفزًا، وفسر لماذا تختار نمط الإطالة.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المرونة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المرونة.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المرونة،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المرونة هي القدرة على أداء الحركة خلال مدى مناسب في مفصل أو مجموعة مفاصل.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تتأثر ببنية المفصل والأنسجة والحرارة والعمر والنشاط السابق، ويجب التمييز بين المدى المفيد والضغط غير الآمن.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المرونة، مدى الحركة، الإطالة الديناميكية، الإطالة الثابتة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13: الرشاقة: المفهوم والعوامل المؤثرة.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13: الرشاقة: المفهوم والعوامل المؤثرة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13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الرشاقة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الرشاقة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بـالرشاقة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يطبق الطالب مفهوم الرشاقة على موقف رياضي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الرشاقة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Agilité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Agility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تغيير الاتجاه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Changement de direction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Change of direction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الاستجابة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Réaction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Reaction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التحكم الجسمي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Contrôle corporel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Body control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12.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بـالرشاقة: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الرشاقة هي القدرة على تغيير وضع الجسم أو اتجاه الحركة بسرعة وفعالية مع التحكم.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ترتبط بالقوة والسرعة والتوافق والتوازن، وقد تتضمن استجابة لمثير في المواقف المفتوحة.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تطوير الرشاقة يتطلب جودة في التباطؤ ووضع القدم والجذع قبل زيادة سرعة تغيير الاتجاه.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بـالرشاقة،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حلل مسار تغيير اتجاه متعرج وحدد نقطتين فنيتين تقللان فقدان السرعة وتحسنان التحكم.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الرشاقة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الرشاقة.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الرشاقة،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الرشاقة هي القدرة على تغيير وضع الجسم أو اتجاه الحركة بسرعة وفعالية مع التحكم.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ترتبط بالقوة والسرعة والتوافق والتوازن، وقد تتضمن استجابة لمثير في المواقف المفتوحة.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الرشاقة، تغيير الاتجاه، الاستجابة، التحكم الجسمي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14: الرشاقة: تطبيقات وتغيير الاتجاه.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14: الرشاقة: تطبيقات وتغيير الاتجاه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14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الرشاقة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الرشاقة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بـالرشاقة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بـالرشاقة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الرشاقة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Agilité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Agility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تغيير الاتجاه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Changement de direction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Change of direction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الاستجابة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Réaction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Reaction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التحكم الجسمي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Contrôle corporel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Body control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13.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بـالرشاقة: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الرشاقة هي القدرة على تغيير وضع الجسم أو اتجاه الحركة بسرعة وفعالية مع التحكم.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ترتبط بالقوة والسرعة والتوافق والتوازن، وقد تتضمن استجابة لمثير في المواقف المفتوحة.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تطوير الرشاقة يتطلب جودة في التباطؤ ووضع القدم والجذع قبل زيادة سرعة تغيير الاتجاه.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بـالرشاقة،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حلل مسار تغيير اتجاه متعرج وحدد نقطتين فنيتين تقللان فقدان السرعة وتحسنان التحكم.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الرشاقة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الرشاقة.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الرشاقة،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الرشاقة هي القدرة على تغيير وضع الجسم أو اتجاه الحركة بسرعة وفعالية مع التحكم.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ترتبط بالقوة والسرعة والتوافق والتوازن، وقد تتضمن استجابة لمثير في المواقف المفتوحة.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الرشاقة، تغيير الاتجاه، الاستجابة، التحكم الجسمي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15: طرائق التدريب: المبادئ والاختيار.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15: طرائق التدريب: المبادئ والاختيار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15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طرائق التدريب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طرائق التدريب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بـطرائق التدريب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يطبق الطالب مفهوم طرائق التدريب على موقف رياضي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التدريب المستمر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Entraînement continu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Continuous training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التدريب الفتري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Entraînement intermittent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Interval training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التدريب الدائري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Circuit training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Circuit training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الحمل التدريبي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Charge d'entraînement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Training load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14.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بـطرائق التدريب: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طريقة التدريب هي تنظيم مقصود للشدة والحجم والراحة وترتيب الأنشطة لتحقيق هدف محدد.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من الطرائق الشائعة في المستوى التعليمي: المستمر، الفتري، والدائري؛ ولا توجد طريقة أفضل مطلقًا خارج سياق الهدف.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اختيار الطريقة يجب أن ينطلق من عنصر اللياقة المستهدف ومستوى المتدرب والوقت والتجهيزات ومؤشرات الاستجابة.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بـطرائق التدريب،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لديك 30 دقيقة و12 طالبًا وهدف تطوير التحمل العام. قارن بين المستمر والدائري واختر الأنسب مع تبرير.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طرائق التدريب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طرائق التدريب.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طرائق التدريب،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طريقة التدريب هي تنظيم مقصود للشدة والحجم والراحة وترتيب الأنشطة لتحقيق هدف محدد.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من الطرائق الشائعة في المستوى التعليمي: المستمر، الفتري، والدائري؛ ولا توجد طريقة أفضل مطلقًا خارج سياق الهدف.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التدريب المستمر، التدريب الفتري، التدريب الدائري، الحمل التدريبي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16: طرائق التدريب: المقارنة والتطبيق.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16: طرائق التدريب: المقارنة والتطبيق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16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طرائق التدريب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طرائق التدريب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بـطرائق التدريب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بـطرائق التدريب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التدريب المستمر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Entraînement continu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Continuous training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التدريب الفتري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Entraînement intermittent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Interval training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التدريب الدائري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Circuit training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Circuit training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الحمل التدريبي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Charge d'entraînement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Training load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15.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بـطرائق التدريب: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طريقة التدريب هي تنظيم مقصود للشدة والحجم والراحة وترتيب الأنشطة لتحقيق هدف محدد.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من الطرائق الشائعة في المستوى التعليمي: المستمر، الفتري، والدائري؛ ولا توجد طريقة أفضل مطلقًا خارج سياق الهدف.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اختيار الطريقة يجب أن ينطلق من عنصر اللياقة المستهدف ومستوى المتدرب والوقت والتجهيزات ومؤشرات الاستجابة.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بـطرائق التدريب،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لديك 30 دقيقة و12 طالبًا وهدف تطوير التحمل العام. قارن بين المستمر والدائري واختر الأنسب مع تبرير.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طرائق التدريب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طرائق التدريب.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طرائق التدريب،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طريقة التدريب هي تنظيم مقصود للشدة والحجم والراحة وترتيب الأنشطة لتحقيق هدف محدد.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من الطرائق الشائعة في المستوى التعليمي: المستمر، الفتري، والدائري؛ ولا توجد طريقة أفضل مطلقًا خارج سياق الهدف.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التدريب المستمر، التدريب الفتري، التدريب الدائري، الحمل التدريبي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17: تحليل الأنشطة البدنية: متطلبات الأداء.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17: تحليل الأنشطة البدنية: متطلبات الأداء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17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تحليل الأنشطة البدنية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تحليل الأنشطة البدنية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بـتحليل الأنشطة البدنية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بـتحليل الأنشطة البدنية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النشاط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Analyse de l'activité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Activity analysis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متطلبات الأداء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Exigences de performance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Performance demands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الشدة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Intensité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Intensity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نمط الحركة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Profil de mouvement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Movement pattern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16.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بـتحليل الأنشطة البدنية: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تحليل النشاط يعني تفكيك الأداء إلى متطلبات قابلة للملاحظة مثل مدة الجهد، الشدة، أنماط الحركة، فترات العمل والراحة، وعناصر اللياقة الأكثر حضورًا.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التحليل الجيد يسبق اختيار التدريب؛ لأن تشابه التمرين مع متطلبات النشاط أهم من استخدام تمرين شائع بلا مبرر.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في المستوى BT2 يكفي بناء ملف متطلبات مبسط يربط ما نراه في النشاط بعنصر اللياقة والطريقة التدريبية المناسبة.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بـتحليل الأنشطة البدنية،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حلل نشاطًا رياضيًا من اختيارك وفق: الحركة، مدة الجهد، الشدة، الراحة، عناصر اللياقة، ثم استنتج أولوية تدريبية.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تحليل الأنشطة البدنية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تحليل الأنشطة البدنية.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تحليل الأنشطة البدنية،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تحليل النشاط يعني تفكيك الأداء إلى متطلبات قابلة للملاحظة مثل مدة الجهد، الشدة، أنماط الحركة، فترات العمل والراحة، وعناصر اللياقة الأكثر حضورًا.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التحليل الجيد يسبق اختيار التدريب؛ لأن تشابه التمرين مع متطلبات النشاط أهم من استخدام تمرين شائع بلا مبرر.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تحليل النشاط، متطلبات الأداء، الشدة، نمط الحركة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18: تحليل الأنشطة البدنية: دراسة حالة رياضية.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18: تحليل الأنشطة البدنية: دراسة حالة رياضية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18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تحليل الأنشطة البدنية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تحليل الأنشطة البدنية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بـتحليل الأنشطة البدنية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بـتحليل الأنشطة البدنية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النشاط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Analyse de l'activité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Activity analysis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متطلبات الأداء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Exigences de performance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Performance demands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الشدة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Intensité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Intensity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نمط الحركة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Profil de mouvement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Movement pattern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17.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بـتحليل الأنشطة البدنية: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تحليل النشاط يعني تفكيك الأداء إلى متطلبات قابلة للملاحظة مثل مدة الجهد، الشدة، أنماط الحركة، فترات العمل والراحة، وعناصر اللياقة الأكثر حضورًا.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التحليل الجيد يسبق اختيار التدريب؛ لأن تشابه التمرين مع متطلبات النشاط أهم من استخدام تمرين شائع بلا مبرر.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في المستوى BT2 يكفي بناء ملف متطلبات مبسط يربط ما نراه في النشاط بعنصر اللياقة والطريقة التدريبية المناسبة.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بـتحليل الأنشطة البدنية،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حلل نشاطًا رياضيًا من اختيارك وفق: الحركة، مدة الجهد، الشدة، الراحة، عناصر اللياقة، ثم استنتج أولوية تدريبية.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تحليل الأنشطة البدنية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تحليل الأنشطة البدنية.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تحليل الأنشطة البدنية،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تحليل النشاط يعني تفكيك الأداء إلى متطلبات قابلة للملاحظة مثل مدة الجهد، الشدة، أنماط الحركة، فترات العمل والراحة، وعناصر اللياقة الأكثر حضورًا.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التحليل الجيد يسبق اختيار التدريب؛ لأن تشابه التمرين مع متطلبات النشاط أهم من استخدام تمرين شائع بلا مبرر.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تحليل النشاط، متطلبات الأداء، الشدة، نمط الحركة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19: منهجية التدريب: بناء الحصة التدريبية.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19: منهجية التدريب: بناء الحصة التدريبية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19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منهجية التدريب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منهجية التدريب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بـمنهجية التدريب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بـمنهجية التدريب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الحصة التدريبية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Séance d'entraînement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Training session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الإحماء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Échauffement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Warm-up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الجزء الرئيسي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Partie principale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Main part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الاستشفاء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Récupération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Recovery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18.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بـمنهجية التدريب: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منهجية التدريب تنظم الانتقال من الهدف إلى التنفيذ والمتابعة ضمن حصة واضحة البنية.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تتكون الحصة عادة من تهيئة وإحماء، جزء رئيسي يخدم الهدف، ثم عودة تدريجية وملخص/متابعة بحسب طبيعة النشاط.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يجب أن تتوافق التمارين والحمل والراحة مع الهدف، وأن تُسجل استجابة المتدربين لتعديل الحصة التالية.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بـمنهجية التدريب،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أمامك حصة 50 دقيقة هدفها تطوير الرشاقة. وزع الزمن على أجزاء الحصة وحدد مؤشرًا لمراقبة جودة التنفيذ.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منهجية التدريب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منهجية التدريب.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منهجية التدريب،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منهجية التدريب تنظم الانتقال من الهدف إلى التنفيذ والمتابعة ضمن حصة واضحة البنية.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تتكون الحصة عادة من تهيئة وإحماء، جزء رئيسي يخدم الهدف، ثم عودة تدريجية وملخص/متابعة بحسب طبيعة النشاط.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الحصة التدريبية، الإحماء، الجزء الرئيسي، الاستشفاء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20: منهجية التدريب: ضبط الحمل والمتابعة.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20: منهجية التدريب: ضبط الحمل والمتابعة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20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منهجية التدريب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منهجية التدريب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بـمنهجية التدريب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بـمنهجية التدريب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الحصة التدريبية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Séance d'entraînement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Training session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الإحماء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Échauffement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Warm-up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الجزء الرئيسي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Partie principale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Main part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الاستشفاء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Récupération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Recovery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19.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بـمنهجية التدريب: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منهجية التدريب تنظم الانتقال من الهدف إلى التنفيذ والمتابعة ضمن حصة واضحة البنية.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تتكون الحصة عادة من تهيئة وإحماء، جزء رئيسي يخدم الهدف، ثم عودة تدريجية وملخص/متابعة بحسب طبيعة النشاط.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يجب أن تتوافق التمارين والحمل والراحة مع الهدف، وأن تُسجل استجابة المتدربين لتعديل الحصة التالية.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بـمنهجية التدريب،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أمامك حصة 50 دقيقة هدفها تطوير الرشاقة. وزع الزمن على أجزاء الحصة وحدد مؤشرًا لمراقبة جودة التنفيذ.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منهجية التدريب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منهجية التدريب.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منهجية التدريب،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منهجية التدريب تنظم الانتقال من الهدف إلى التنفيذ والمتابعة ضمن حصة واضحة البنية.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تتكون الحصة عادة من تهيئة وإحماء، جزء رئيسي يخدم الهدف، ثم عودة تدريجية وملخص/متابعة بحسب طبيعة النشاط.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الحصة التدريبية، الإحماء، الجزء الرئيسي، الاستشفاء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هذا الدرس للدرس 21: تخطيط التدريب: بناء خطة تدريبية مبسطة.</w:t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الدرس 21: تخطيط التدريب: بناء خطة تدريبية مبسطة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البند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البيان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الاختصاص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التربية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المستوى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BT2 – البكالوريا الفنية السنة الثانية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المادة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اللياقة البدنية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رقم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21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المدة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50 دقيقة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الأستاذ باسم الحسين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طبيعة الدرس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نظري-تطبيقي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استراتيجية التدريس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استرجاع موجّه + تعلم قائم على المشكلة + تطبيق/تحليل + تقويم ختامي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الكفاءة المستهدفة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يوظف الطالب مفاهيم تخطيط التدريب لفهم متطلبات الأداء البدني واختيار تطبيق تدريبي مبسط وآمن ومبرر.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أهداف التعلم القابلة للقياس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يعرّف الطالب مفهوم تخطيط التدريب بدقة في نهاية الحصة.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يميّز الطالب العناصر/الصور الأساسية المرتبطة بـتخطيط التدريب في أمثلة رياضية.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يحلل الطالب حالة تطبيقية مرتبطة بـتخطيط التدريب ويبرر قرارًا تدريبيًا مناسبًا.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المصطلحات الأساسية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العربية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Français</w:t>
            </w:r>
          </w:p>
        </w:tc>
        <w:tc>
          <w:tcPr>
            <w:tcW w:type="dxa" w:w="3437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English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التخطيط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Planification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Planning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الهدف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Objectif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Objective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التدرج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Progression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Progression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التقويم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Évaluation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Assessment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المكتسبات السابقة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المفاهيم العامة للحركة والنشاط البدني، والقدرة على الملاحظة والمقارنة. إضافة إلى ما تم تعلمه في الدرس 20.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وضعية الانطلاق / المشكلة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يعرض الأستاذ موقفًا رياضيًا قصيرًا يتطلب تفسيرًا مرتبطًا بـتخطيط التدريب: لماذا ينجح متدرب في أداء معين ويتراجع في آخر رغم تشابه الزمن أو الحركة؟ يطلب من الطلاب تقديم فرضية أولية.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المحتوى العلمي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التخطيط هو ترتيب الأهداف والمحتوى والحمل والتقويم عبر زمن محدد بصورة منطقية.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الخطة المبسطة تبدأ بتحديد المستوى والهدف، ثم اختيار الوسائل والجرعة، وترتيب التدرج، وتحديد مؤشر قياس ومراجعة.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الخطة الجيدة قابلة للتعديل وفق نتائج المتابعة، ولا تعني تكرار الحمل نفسه أسبوعًا بعد أسبوع.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في هذه الحصة الثانية/التطبيقية، يعاد تنظيم المفاهيم السابقة في صورة قرار: ما المتطلب؟ ما الدليل؟ ما الطريقة أو التمرين المناسب؟ وكيف نقيس نجاح الاختيار؟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مثال رياضي واقعي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مثال من حصة تربية بدنية أو رياضة جماعية/فردية: يلاحظ الطلاب الأداء، يحددون المطلب المرتبط بـتخطيط التدريب، ثم يفسرون أثر الشدة أو التقنية أو الراحة بحسب المحور.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نشاط تطبيقي / Case Study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ابنِ خطة مبسطة لأسبوعين لعنصر لياقة واحد، تتضمن الهدف والأنشطة والتدرج ومؤشر القياس.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أسئلة التفكير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1. عرّف تخطيط التدريب بلغتك مع الحفاظ على المعنى العلمي.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2. اذكر مثالين رياضيين يظهر فيهما تخطيط التدريب.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3. طبّق المفهوم على الحالة المعروضة وحدد المؤشر الذي ستراقبه.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4. حلل خيارين تدريبيين وحدد الأفضل للحالة مع تبرير قرارك.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Exit Ticket – 4 علامات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المهمة</w:t>
            </w:r>
          </w:p>
        </w:tc>
        <w:tc>
          <w:tcPr>
            <w:tcW w:type="dxa" w:w="5156"/>
            <w:shd w:fill="E8EEF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/>
                <w:sz w:val="20"/>
              </w:rPr>
              <w:t>العلامة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تعريف/تمييز مفهوم أساسي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تطبيق على مثال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تحليل الحالة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تبرير القرار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Arial" w:hAnsi="Arial" w:cs="Arial" w:eastAsia="Arial"/>
                <w:b w:val="0"/>
                <w:sz w:val="18"/>
              </w:rPr>
              <w:t>1</w:t>
            </w:r>
          </w:p>
        </w:tc>
      </w:tr>
    </w:tbl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واجب / مهمة تطبيقية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اختر موقفًا رياضيًا واحدًا، واكتب 5–7 أسطر توضح أين يظهر تخطيط التدريب، وما التمرين أو الإجراء المناسب لتطويره، وكيف ستعرف أن الأداء تحسن.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الوسائل التعليمية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سبورة/عرض مختصر، بطاقات حالة، ساعة توقيت عند الحاجة، مساحة تطبيق آمنة، أدوات رياضية بسيطة متاحة.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KPI وطريقة القياس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يحقق 80% من الطلاب 3/4 على الأقل في بطاقة الخروج، مع قدرة 75% منهم على تبرير الاختيار التطبيقي.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À retenir | ما يجب الاحتفاظ به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التخطيط هو ترتيب الأهداف والمحتوى والحمل والتقويم عبر زمن محدد بصورة منطقية.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الخطة المبسطة تبدأ بتحديد المستوى والهدف، ثم اختيار الوسائل والجرعة، وترتيب التدرج، وتحديد مؤشر قياس ومراجعة.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المصطلحات: التخطيط، الهدف، التدرج، التقويم</w:t>
      </w:r>
    </w:p>
    <w:p>
      <w:pPr>
        <w:spacing w:after="40"/>
        <w:jc w:val="right"/>
        <w:bidi w:val="1"/>
      </w:pPr>
      <w:r>
        <w:rPr>
          <w:rFonts w:ascii="Arial" w:hAnsi="Arial" w:cs="Arial" w:eastAsia="Arial"/>
          <w:b w:val="0"/>
          <w:sz w:val="22"/>
        </w:rPr>
        <w:t>• المهارة المركزية: الانتقال من تعريف المفهوم إلى تطبيقه ثم تبرير قرار تدريبي بسيط.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6"/>
        </w:rPr>
        <w:t>الربط بالدرس التالي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يمهد للمراجعة التكاملية التي تربط عناصر اللياقة وطرائق التدريب والتحليل والمنهجية والتخطيط.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sz w:val="16"/>
      </w:rPr>
      <w:t>الأستاذ باسم الحسين | Bassem Al Houssein | bassemalhoussein.com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Arial" w:hAnsi="Arial" w:cs="Arial" w:eastAsia="Arial"/>
        <w:b/>
        <w:sz w:val="18"/>
      </w:rPr>
      <w:t>اللياقة البدنية | BT2 – البكالوريا الفنية السنة الثانية |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